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גש״ר מאח״ד – התמודדות אחרי כמעט תאונה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רכיבי מודל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כל רכיב עוזר להתמודד אחרי רגע מפחיד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המודל במצב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מערכת אמונות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שייך 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(נשימות עמוקות ותחושת הרגעה פיזית)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(חשיבה הגיונית על מה שקרה)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(זיהוי שאני מפחד או כועס)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(מחשבה שהכל יסתדר)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(שיחה עם חבר או בן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(דמיון של מצב רגוע ובטוח)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המודל נועד לעזור אחרי אירוע מפחיד, כדי להתמודד ולחזור לתפקוד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תמיכה חברתית היא חלק מרכיב הח׳ במודל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נשימות שייכות לרכיב הגוף, לא השכל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להשתמש ברכיבים שמתאימים לאדם, לא חובה בכולם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חשיבה וניתוח שייכים לרכיב השכל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יישום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לאחד מששת הרכיבים עם הסבר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לספר להורה או לחבר על מה שקרה ולקבל תמיכה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ברורה לשלושה רכיבים לפחות עם הסבר כיצד כל אחד עוזר, קשר הגיוני לסיטואציה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שישה הרכיבים או לפחות ארבעה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נשימות עמוקות או הרפיה פיזית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שהמודל עוזר לחזור לתפקוד רגוע ובטוח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לשתף בזוגות דוגמה אישית מהחיים לפני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רכיב 'נכון' אחד, וכל אדם מתחבר לרכיבים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בדיון כיתתי על חוויות אמיתיות של בהלה בדרך בלי לפרט פרטים מזהים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גש״ר מאח״ד – התמודדות אחרי כמעט תאונה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בדרך קורה רגע מבהיל – כמעט תאונה שמשאירה אותנו נרעשים. מודל גש״ר מאח״ד מציע שישה כיוונים שיכולים לעזור להירגע ולחזור לתפקוד.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האות ג׳ במודל 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גורל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האות ש׳?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האות ר׳?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רישיון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מ״א?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מערכת אמונות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מרחק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מהירות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האות ח׳?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האות ד׳?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שייך 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זיהוי שאני מפחד או כועס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מחשבה שהכל יסתדר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דמיון של מצב רגוע ובטוח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מערכת אמונות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שיחה עם חבר או בן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נשימות עמוקות ותחושת הרגעה פיזית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חשיבה הגיונית על מה שקרה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מודל גש״ר מאח״ד עוזר רק בזמן הנסיעה ולא אחריה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חבר על החוויה המפחידה שייכת לרכיב החברה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נשימות עמוקות כדי להירגע שייכות לרכיב השכל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אדם חייב להשתמש בכל שישה הרכיבים כדי להתמודד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ניתוח הגיוני של מה שקרה בדרך שייך לרכיב השכל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כשאני נושם עמוק כדי להירגע אחרי בהלה בדרך, אני משתמש ברכיב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כשאני חושב בהיגיון מה קרה ולמה, אני משתמש ברכיב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כשאני מספר לחבר על הפחד שלי, אני משתמש ברכיב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כשאני מדמיין את עצמי רגוע ובטוח, אני משתמש ברכיב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כשאני מרגיש כעס או פחד ומזהה זאת, אני משתמש ברכיב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רכיב אחד מהמודל שהכי יעזור לכם אחרי רגע מפחיד בדרך,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שבו תשתמשו ברכיב החברה כדי להתמודד עם בהלה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שהייתם עדים ל״כמעט תאונה״ בדרך. כתבו כיצד הייתם משתמשים בלפחות שלושה רכיבים מתוך גש״ר מאח״ד כדי להתמודד עם הרגע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הראשי תיבות גש״ר מאח״ד?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לרכיב גוף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להשתמש במודל אחרי רגע מפחיד בדרך?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מודל גש״ר מאח״ד – התמודדות אחרי כמעט תאונה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